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Logic Learning Hub – Full Feature Breakdown</w:t>
      </w:r>
    </w:p>
    <w:p>
      <w:r>
        <w:t>Logic Learning Hub is a comprehensive educational app designed to empower diverse learners—including students with dyslexia, ADHD, or other learning differences. It blends the science of reading with real-time progress tracking, reward systems, tutor feedback, and family communication to create a structured and motivating learning experience.</w:t>
        <w:br/>
        <w:br/>
        <w:t>This document outlines all major features and capabilities by user role: Student, Parent, Tutor, Admin, and Technical Systems.</w:t>
      </w:r>
    </w:p>
    <w:p>
      <w:pPr>
        <w:pStyle w:val="Heading2"/>
      </w:pPr>
      <w:r>
        <w:t>👧 Student-Facing Features</w:t>
      </w:r>
    </w:p>
    <w:p>
      <w:pPr>
        <w:pStyle w:val="ListBullet"/>
      </w:pPr>
      <w:r>
        <w:t>📂 Student Dashboard: Central hub with tiles to Reading Room, My Goals, Token Board, Badge Library, Praise Chat, and Bookshelf.</w:t>
      </w:r>
    </w:p>
    <w:p>
      <w:pPr>
        <w:pStyle w:val="ListBullet"/>
      </w:pPr>
      <w:r>
        <w:t>📖 Reading Room: Read assigned/self-selected passages using modes like Side-by-Side, Echo, Parallel, and Solo.</w:t>
      </w:r>
    </w:p>
    <w:p>
      <w:pPr>
        <w:pStyle w:val="ListBullet"/>
      </w:pPr>
      <w:r>
        <w:t>🎙️ Read–Record–Progress: Student records reading, system calculates WPM and CWPM, logs attempts (initial, review, etc.).</w:t>
      </w:r>
    </w:p>
    <w:p>
      <w:pPr>
        <w:pStyle w:val="ListBullet"/>
      </w:pPr>
      <w:r>
        <w:t>📚 My Bookshelf: Visual book spines link to external reading platforms or internal files.</w:t>
      </w:r>
    </w:p>
    <w:p>
      <w:pPr>
        <w:pStyle w:val="ListBullet"/>
      </w:pPr>
      <w:r>
        <w:t>🎯 My Goals: Track personalized goals with progress bars and celebration animations.</w:t>
      </w:r>
    </w:p>
    <w:p>
      <w:pPr>
        <w:pStyle w:val="ListBullet"/>
      </w:pPr>
      <w:r>
        <w:t>🏅 Token Board: Earn tokens for tasks; tokens unlock badges and progress game board.</w:t>
      </w:r>
    </w:p>
    <w:p>
      <w:pPr>
        <w:pStyle w:val="ListBullet"/>
      </w:pPr>
      <w:r>
        <w:t>🙂 Daily Check-In: Mood emojis + optional reflection prompt.</w:t>
      </w:r>
    </w:p>
    <w:p>
      <w:pPr>
        <w:pStyle w:val="ListBullet"/>
      </w:pPr>
      <w:r>
        <w:t>💬 Praise Chat: Receive praise messages or request feedback from parent/tutor.</w:t>
      </w:r>
    </w:p>
    <w:p>
      <w:pPr>
        <w:pStyle w:val="Heading2"/>
      </w:pPr>
      <w:r>
        <w:t>👨‍👩‍👧 Parent-Facing Features</w:t>
      </w:r>
    </w:p>
    <w:p>
      <w:pPr>
        <w:pStyle w:val="ListBullet"/>
      </w:pPr>
      <w:r>
        <w:t>🏠 Parent Dashboard: Snapshot of progress, session calendar, messages, and billing.</w:t>
      </w:r>
    </w:p>
    <w:p>
      <w:pPr>
        <w:pStyle w:val="ListBullet"/>
      </w:pPr>
      <w:r>
        <w:t>📘 Lesson Review: Tutor unlocks session summary and practice task post-lesson.</w:t>
      </w:r>
    </w:p>
    <w:p>
      <w:pPr>
        <w:pStyle w:val="ListBullet"/>
      </w:pPr>
      <w:r>
        <w:t>📈 Progress Summary: Reports on reading activity, graphs, audio recordings, tutor comments.</w:t>
      </w:r>
    </w:p>
    <w:p>
      <w:pPr>
        <w:pStyle w:val="ListBullet"/>
      </w:pPr>
      <w:r>
        <w:t>💬 Praise Chat: Pre-written responses and emoji praise for child achievements.</w:t>
      </w:r>
    </w:p>
    <w:p>
      <w:pPr>
        <w:pStyle w:val="ListBullet"/>
      </w:pPr>
      <w:r>
        <w:t>📚 Parent Bookshelf: Resources to support reading at home.</w:t>
      </w:r>
    </w:p>
    <w:p>
      <w:pPr>
        <w:pStyle w:val="ListBullet"/>
      </w:pPr>
      <w:r>
        <w:t>💳 Payment Center: View/pay invoices, download receipts.</w:t>
      </w:r>
    </w:p>
    <w:p>
      <w:pPr>
        <w:pStyle w:val="ListBullet"/>
      </w:pPr>
      <w:r>
        <w:t>⚙️ Settings: Add children, change notifications, enable accessibility features.</w:t>
      </w:r>
    </w:p>
    <w:p>
      <w:pPr>
        <w:pStyle w:val="Heading2"/>
      </w:pPr>
      <w:r>
        <w:t>👩‍🏫 Tutor-Facing Features</w:t>
      </w:r>
    </w:p>
    <w:p>
      <w:pPr>
        <w:pStyle w:val="ListBullet"/>
      </w:pPr>
      <w:r>
        <w:t>📋 Tutor Dashboard: Roster view with student goals, badges, WPM, sessions.</w:t>
      </w:r>
    </w:p>
    <w:p>
      <w:pPr>
        <w:pStyle w:val="ListBullet"/>
      </w:pPr>
      <w:r>
        <w:t>🗓️ Session Scheduler: Schedule, assign passages, and define objectives.</w:t>
      </w:r>
    </w:p>
    <w:p>
      <w:pPr>
        <w:pStyle w:val="ListBullet"/>
      </w:pPr>
      <w:r>
        <w:t>📝 Session Log: Auto-form for WPM, CWPM, session type, practice assignments, and notes.</w:t>
      </w:r>
    </w:p>
    <w:p>
      <w:pPr>
        <w:pStyle w:val="ListBullet"/>
      </w:pPr>
      <w:r>
        <w:t>🎧 Recordings: Upload video/audio with WPM tagging and metadata.</w:t>
      </w:r>
    </w:p>
    <w:p>
      <w:pPr>
        <w:pStyle w:val="ListBullet"/>
      </w:pPr>
      <w:r>
        <w:t>🔓 Lesson Unlock: Tutor releases post-session task, not full lesson.</w:t>
      </w:r>
    </w:p>
    <w:p>
      <w:pPr>
        <w:pStyle w:val="ListBullet"/>
      </w:pPr>
      <w:r>
        <w:t>📊 Progress Tools: Track fluency growth, badge/token usage.</w:t>
      </w:r>
    </w:p>
    <w:p>
      <w:pPr>
        <w:pStyle w:val="ListBullet"/>
      </w:pPr>
      <w:r>
        <w:t>📬 Message Center: Quick-praise templates and parent communication.</w:t>
      </w:r>
    </w:p>
    <w:p>
      <w:pPr>
        <w:pStyle w:val="ListBullet"/>
      </w:pPr>
      <w:r>
        <w:t>📚 Resource Library: Access passages and tools sorted by skill type.</w:t>
      </w:r>
    </w:p>
    <w:p>
      <w:pPr>
        <w:pStyle w:val="Heading2"/>
      </w:pPr>
      <w:r>
        <w:t>🧑‍💼 Admin-Facing Features</w:t>
      </w:r>
    </w:p>
    <w:p>
      <w:pPr>
        <w:pStyle w:val="ListBullet"/>
      </w:pPr>
      <w:r>
        <w:t>📊 Admin Dashboard: View usage stats, session logs, badge counts across all users.</w:t>
      </w:r>
    </w:p>
    <w:p>
      <w:pPr>
        <w:pStyle w:val="ListBullet"/>
      </w:pPr>
      <w:r>
        <w:t>👨‍🏫 Tutor Management: Time cards, performance logs, and student assignments.</w:t>
      </w:r>
    </w:p>
    <w:p>
      <w:pPr>
        <w:pStyle w:val="ListBullet"/>
      </w:pPr>
      <w:r>
        <w:t>📈 Fidelity Reports: Aligns tutoring actions with IEPs or program targets.</w:t>
      </w:r>
    </w:p>
    <w:p>
      <w:pPr>
        <w:pStyle w:val="ListBullet"/>
      </w:pPr>
      <w:r>
        <w:t>💳 Financial Tools: Track payments, invoices, and tutor compensation.</w:t>
      </w:r>
    </w:p>
    <w:p>
      <w:pPr>
        <w:pStyle w:val="Heading2"/>
      </w:pPr>
      <w:r>
        <w:t>🔧 Technical + Innovative Features</w:t>
      </w:r>
    </w:p>
    <w:p>
      <w:pPr>
        <w:pStyle w:val="ListBullet"/>
      </w:pPr>
      <w:r>
        <w:t>⚙️ WPM/CWPM Engine: Tracks correct and total words per minute during reading.</w:t>
      </w:r>
    </w:p>
    <w:p>
      <w:pPr>
        <w:pStyle w:val="ListBullet"/>
      </w:pPr>
      <w:r>
        <w:t>🔊 Audio/Text Sync: Uses JS + HTML5 to highlight text as audio plays.</w:t>
      </w:r>
    </w:p>
    <w:p>
      <w:pPr>
        <w:pStyle w:val="ListBullet"/>
      </w:pPr>
      <w:r>
        <w:t>🔐 Role-Based Access: Ensures students, parents, tutors, and admins only access approved tools.</w:t>
      </w:r>
    </w:p>
    <w:p>
      <w:pPr>
        <w:pStyle w:val="ListBullet"/>
      </w:pPr>
      <w:r>
        <w:t>📡 Third-Party Links: Integrates with Epic!, Unite for Literacy, and others in a secure wrapper.</w:t>
      </w:r>
    </w:p>
    <w:p>
      <w:pPr>
        <w:pStyle w:val="ListBullet"/>
      </w:pPr>
      <w:r>
        <w:t>🛡️ Compliance: FERPA and COPPA-compliant storage, messaging, and audio handling.</w:t>
      </w:r>
    </w:p>
    <w:p>
      <w:pPr>
        <w:pStyle w:val="ListBullet"/>
      </w:pPr>
      <w:r>
        <w:t>📈 Analytics Engine: Back-end logs session time, fluency, mood, and reward data.</w:t>
      </w:r>
    </w:p>
    <w:p>
      <w:r>
        <w:t>Logic Learning Hub is a comprehensive digital learning platform created to support students with learning differences such as dyslexia, ADHD, and other challenges that impact literacy. The app is built to facilitate structured reading instruction, encourage progress through gamified motivation, and ensure strong collaboration between students, parents, tutors, and administrators.</w:t>
        <w:br/>
        <w:br/>
        <w:t>Each user role has a distinct interface and set of tools tailored to their responsibilities, creating a coordinated system that tracks growth, promotes engagement, and ensures accountability across the learning experience.</w:t>
        <w:br/>
        <w:br/>
        <w:t>Below is a detailed breakdown of all functionality grouped by user role and technical capability.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